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</w:rPr>
        <w:t>ИП КРАСНОВА НАТАЛЬЯ АЛЕКСАНДРОВНА</w:t>
      </w:r>
    </w:p>
    <w:p>
      <w:pPr>
        <w:jc w:val="center"/>
      </w:pPr>
      <w:r>
        <w:rPr>
          <w:b/>
          <w:sz w:val="30"/>
        </w:rPr>
        <w:t>СОГЛАСИЕ НА ОБРАБОТКУ ПЕРСОНАЛЬНЫХ ДАННЫХ</w:t>
      </w:r>
    </w:p>
    <w:p>
      <w:r>
        <w:t>ИНН 592005781183, ОГРНИП 315526200005219. Контакт: mail@scipro.ru; head@interclover.ru. Фактический адрес: г. Нижний Новгород, ул. Пантелеймоновская, д. 17.</w:t>
      </w:r>
    </w:p>
    <w:p>
      <w:pPr>
        <w:pStyle w:val="Heading1"/>
      </w:pPr>
      <w:r>
        <w:t>1. Согласие</w:t>
      </w:r>
    </w:p>
    <w:p>
      <w:r>
        <w:t>Я даю Оператору согласие на обработку предоставленных мною ПД в целях выбранного проекта.</w:t>
      </w:r>
    </w:p>
    <w:p>
      <w:pPr>
        <w:pStyle w:val="Heading1"/>
      </w:pPr>
      <w:r>
        <w:t>2. Данные</w:t>
      </w:r>
    </w:p>
    <w:p>
      <w:r>
        <w:t>ФИО, e-mail, организация, должность, степень/звание, город, страна, класс/курс, возраст при необходимости, сведения о статье/докладе/проекте, соавторах и руководителе — в объеме конкретной формы.</w:t>
      </w:r>
    </w:p>
    <w:p>
      <w:pPr>
        <w:pStyle w:val="Heading1"/>
      </w:pPr>
      <w:r>
        <w:t>3. Действия</w:t>
      </w:r>
    </w:p>
    <w:p>
      <w:r>
        <w:t>Сбор, запись, систематизация, хранение, уточнение, извлечение, использование, предоставление, блокирование, удаление, уничтожение.</w:t>
      </w:r>
    </w:p>
    <w:p>
      <w:pPr>
        <w:pStyle w:val="Heading1"/>
      </w:pPr>
      <w:r>
        <w:t>4. Срок</w:t>
      </w:r>
    </w:p>
    <w:p>
      <w:r>
        <w:t>До достижения цели, исполнения обязательств либо отзыва согласия, если закон не предусматривает иное.</w:t>
      </w:r>
    </w:p>
    <w:p>
      <w:pPr>
        <w:pStyle w:val="Heading1"/>
      </w:pPr>
      <w:r>
        <w:t>5. Отзыв</w:t>
      </w:r>
    </w:p>
    <w:p>
      <w:r>
        <w:t>Отзыв направляется на mail@scipro.ru или head@interclover.ru.</w:t>
      </w:r>
    </w:p>
    <w:sectPr w:rsidR="00FC693F" w:rsidRPr="0006063C" w:rsidSect="00034616"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